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F591E" w14:textId="77777777" w:rsidR="008C4246" w:rsidRDefault="008C4246">
      <w:pPr>
        <w:spacing w:after="20"/>
      </w:pPr>
    </w:p>
    <w:p w14:paraId="5F7AA186" w14:textId="77777777" w:rsidR="008C4246" w:rsidRDefault="00373693">
      <w:pPr>
        <w:jc w:val="center"/>
      </w:pPr>
      <w:r>
        <w:rPr>
          <w:b/>
          <w:sz w:val="24"/>
        </w:rPr>
        <w:t>NOTICE TO TAXPAYERS OF PROPOSED</w:t>
      </w:r>
    </w:p>
    <w:p w14:paraId="7E937269" w14:textId="77777777" w:rsidR="008C4246" w:rsidRDefault="00373693">
      <w:pPr>
        <w:spacing w:after="120"/>
        <w:jc w:val="center"/>
      </w:pPr>
      <w:r>
        <w:rPr>
          <w:b/>
          <w:sz w:val="24"/>
        </w:rPr>
        <w:t>ADDITIONAL APPROPRIATIONS</w:t>
      </w:r>
    </w:p>
    <w:p w14:paraId="79991316" w14:textId="77777777" w:rsidR="008C4246" w:rsidRPr="00C22705" w:rsidRDefault="00373693">
      <w:pPr>
        <w:spacing w:after="100"/>
        <w:rPr>
          <w:sz w:val="18"/>
          <w:szCs w:val="18"/>
        </w:rPr>
      </w:pPr>
      <w:r w:rsidRPr="00C22705">
        <w:rPr>
          <w:sz w:val="18"/>
          <w:szCs w:val="18"/>
        </w:rPr>
        <w:t>Notice is hereby given, pursuant to Ind. Code § 6-1.1-18-5, to the taxpayers of the Town of Ellettsville, Monroe County, Indiana, that the Town Council of the Town of Ellettsville will hold a public hearing and consider the following proposed additional appropriations in excess of the budget for the current year at the Ellettsville Town Hall Meeting Room, 1150 W. Guy McCown Drive, Ellettsville, Indiana 47429, at 6:30 p.m. on July 27, 2026.</w:t>
      </w:r>
    </w:p>
    <w:p w14:paraId="007E3765" w14:textId="77777777" w:rsidR="008C4246" w:rsidRDefault="00373693">
      <w:pPr>
        <w:spacing w:after="60"/>
        <w:jc w:val="center"/>
      </w:pPr>
      <w:r>
        <w:rPr>
          <w:b/>
          <w:sz w:val="19"/>
        </w:rPr>
        <w:t>FUND INFORMATION</w:t>
      </w:r>
    </w:p>
    <w:tbl>
      <w:tblPr>
        <w:tblW w:w="0" w:type="auto"/>
        <w:jc w:val="center"/>
        <w:tblLayout w:type="fixed"/>
        <w:tblLook w:val="04A0" w:firstRow="1" w:lastRow="0" w:firstColumn="1" w:lastColumn="0" w:noHBand="0" w:noVBand="1"/>
      </w:tblPr>
      <w:tblGrid>
        <w:gridCol w:w="1987"/>
        <w:gridCol w:w="1007"/>
        <w:gridCol w:w="1584"/>
        <w:gridCol w:w="2563"/>
        <w:gridCol w:w="1843"/>
        <w:gridCol w:w="1483"/>
      </w:tblGrid>
      <w:tr w:rsidR="008C4246" w14:paraId="680678E0" w14:textId="77777777">
        <w:trPr>
          <w:tblHeader/>
          <w:jc w:val="center"/>
        </w:trPr>
        <w:tc>
          <w:tcPr>
            <w:tcW w:w="198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051FCFAC" w14:textId="77777777" w:rsidR="008C4246" w:rsidRDefault="00373693">
            <w:pPr>
              <w:jc w:val="center"/>
            </w:pPr>
            <w:r>
              <w:rPr>
                <w:b/>
                <w:sz w:val="15"/>
              </w:rPr>
              <w:t>Fund Name</w:t>
            </w:r>
          </w:p>
        </w:tc>
        <w:tc>
          <w:tcPr>
            <w:tcW w:w="100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06EB2E2" w14:textId="77777777" w:rsidR="008C4246" w:rsidRDefault="00373693">
            <w:pPr>
              <w:jc w:val="center"/>
            </w:pPr>
            <w:r>
              <w:rPr>
                <w:b/>
                <w:sz w:val="15"/>
              </w:rPr>
              <w:t>Department</w:t>
            </w:r>
          </w:p>
        </w:tc>
        <w:tc>
          <w:tcPr>
            <w:tcW w:w="1584"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1D14C52" w14:textId="77777777" w:rsidR="008C4246" w:rsidRDefault="00373693">
            <w:pPr>
              <w:jc w:val="center"/>
            </w:pPr>
            <w:r>
              <w:rPr>
                <w:b/>
                <w:sz w:val="15"/>
              </w:rPr>
              <w:t>Budget Classification</w:t>
            </w:r>
          </w:p>
        </w:tc>
        <w:tc>
          <w:tcPr>
            <w:tcW w:w="256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569B386" w14:textId="7044A2A5" w:rsidR="008C4246" w:rsidRDefault="00373693">
            <w:pPr>
              <w:jc w:val="center"/>
            </w:pPr>
            <w:r>
              <w:rPr>
                <w:b/>
                <w:sz w:val="15"/>
              </w:rPr>
              <w:t>Account Name</w:t>
            </w:r>
            <w:r w:rsidR="00F36D03">
              <w:rPr>
                <w:b/>
                <w:sz w:val="15"/>
              </w:rPr>
              <w:t xml:space="preserve"> &amp; (Purpose)</w:t>
            </w:r>
          </w:p>
        </w:tc>
        <w:tc>
          <w:tcPr>
            <w:tcW w:w="184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3191A0B" w14:textId="77777777" w:rsidR="008C4246" w:rsidRDefault="00373693">
            <w:pPr>
              <w:jc w:val="center"/>
            </w:pPr>
            <w:r>
              <w:rPr>
                <w:b/>
                <w:sz w:val="15"/>
              </w:rPr>
              <w:t>Account Number</w:t>
            </w:r>
          </w:p>
        </w:tc>
        <w:tc>
          <w:tcPr>
            <w:tcW w:w="148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509120E" w14:textId="77777777" w:rsidR="008C4246" w:rsidRDefault="00373693">
            <w:pPr>
              <w:jc w:val="center"/>
            </w:pPr>
            <w:r>
              <w:rPr>
                <w:b/>
                <w:sz w:val="15"/>
              </w:rPr>
              <w:t>Additional Amount Requested</w:t>
            </w:r>
          </w:p>
        </w:tc>
      </w:tr>
      <w:tr w:rsidR="008C4246" w:rsidRPr="00C22705" w14:paraId="793715FF"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B5828C0" w14:textId="77777777" w:rsidR="008C4246" w:rsidRPr="00C22705" w:rsidRDefault="00373693">
            <w:pPr>
              <w:rPr>
                <w:sz w:val="18"/>
                <w:szCs w:val="18"/>
              </w:rPr>
            </w:pPr>
            <w:r w:rsidRPr="00C22705">
              <w:rPr>
                <w:sz w:val="18"/>
                <w:szCs w:val="18"/>
              </w:rPr>
              <w:t>GENERAL FUND (1101)</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02045DC" w14:textId="77777777" w:rsidR="008C4246" w:rsidRPr="00C22705" w:rsidRDefault="00373693">
            <w:pPr>
              <w:rPr>
                <w:sz w:val="18"/>
                <w:szCs w:val="18"/>
              </w:rPr>
            </w:pPr>
            <w:r w:rsidRPr="00C22705">
              <w:rPr>
                <w:sz w:val="18"/>
                <w:szCs w:val="18"/>
              </w:rPr>
              <w:t>Clerk</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24E947" w14:textId="77777777" w:rsidR="008C4246" w:rsidRPr="00C22705" w:rsidRDefault="00373693">
            <w:pPr>
              <w:rPr>
                <w:sz w:val="18"/>
                <w:szCs w:val="18"/>
              </w:rPr>
            </w:pPr>
            <w:r w:rsidRPr="00C22705">
              <w:rPr>
                <w:sz w:val="18"/>
                <w:szCs w:val="18"/>
              </w:rPr>
              <w:t>Other Services &amp; Charges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163943" w14:textId="1BB7D5BC" w:rsidR="008C4246" w:rsidRPr="00C22705" w:rsidRDefault="00373693">
            <w:pPr>
              <w:rPr>
                <w:sz w:val="18"/>
                <w:szCs w:val="18"/>
              </w:rPr>
            </w:pPr>
            <w:r w:rsidRPr="00C22705">
              <w:rPr>
                <w:sz w:val="18"/>
                <w:szCs w:val="18"/>
              </w:rPr>
              <w:t>Misc. Professional Expenses</w:t>
            </w:r>
            <w:r w:rsidR="001A46AF" w:rsidRPr="00C22705">
              <w:rPr>
                <w:sz w:val="18"/>
                <w:szCs w:val="18"/>
              </w:rPr>
              <w:t xml:space="preserve">- </w:t>
            </w:r>
            <w:r w:rsidR="00F36D03">
              <w:rPr>
                <w:sz w:val="18"/>
                <w:szCs w:val="18"/>
              </w:rPr>
              <w:t>(</w:t>
            </w:r>
            <w:r w:rsidR="001A46AF" w:rsidRPr="00C22705">
              <w:rPr>
                <w:sz w:val="18"/>
                <w:szCs w:val="18"/>
              </w:rPr>
              <w:t>Baker Tilly &amp; Ja Benefits</w:t>
            </w:r>
            <w:r w:rsidR="00F36D03">
              <w:rPr>
                <w:sz w:val="18"/>
                <w:szCs w:val="18"/>
              </w:rPr>
              <w:t>)</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F9F8B78" w14:textId="77777777" w:rsidR="008C4246" w:rsidRPr="00C22705" w:rsidRDefault="00373693">
            <w:pPr>
              <w:jc w:val="center"/>
              <w:rPr>
                <w:sz w:val="18"/>
                <w:szCs w:val="18"/>
              </w:rPr>
            </w:pPr>
            <w:r w:rsidRPr="00C22705">
              <w:rPr>
                <w:sz w:val="18"/>
                <w:szCs w:val="18"/>
              </w:rPr>
              <w:t>1101-001.00-00315.00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6B6430C" w14:textId="77777777" w:rsidR="008C4246" w:rsidRPr="00C22705" w:rsidRDefault="00373693">
            <w:pPr>
              <w:jc w:val="right"/>
              <w:rPr>
                <w:sz w:val="18"/>
                <w:szCs w:val="18"/>
              </w:rPr>
            </w:pPr>
            <w:r w:rsidRPr="00C22705">
              <w:rPr>
                <w:sz w:val="18"/>
                <w:szCs w:val="18"/>
              </w:rPr>
              <w:t>$59,000.00</w:t>
            </w:r>
          </w:p>
        </w:tc>
      </w:tr>
      <w:tr w:rsidR="008C4246" w:rsidRPr="00C22705" w14:paraId="61330057"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53D464" w14:textId="77777777" w:rsidR="008C4246" w:rsidRPr="00C22705" w:rsidRDefault="00373693">
            <w:pPr>
              <w:rPr>
                <w:sz w:val="18"/>
                <w:szCs w:val="18"/>
              </w:rPr>
            </w:pPr>
            <w:r w:rsidRPr="00C22705">
              <w:rPr>
                <w:sz w:val="18"/>
                <w:szCs w:val="18"/>
              </w:rPr>
              <w:t>GENERAL FUND (1101)</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807EACE" w14:textId="77777777" w:rsidR="008C4246" w:rsidRPr="00C22705" w:rsidRDefault="00373693">
            <w:pPr>
              <w:rPr>
                <w:sz w:val="18"/>
                <w:szCs w:val="18"/>
              </w:rPr>
            </w:pPr>
            <w:r w:rsidRPr="00C22705">
              <w:rPr>
                <w:sz w:val="18"/>
                <w:szCs w:val="18"/>
              </w:rPr>
              <w:t>Clerk</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2C79896" w14:textId="77777777" w:rsidR="008C4246" w:rsidRPr="00C22705" w:rsidRDefault="00373693">
            <w:pPr>
              <w:rPr>
                <w:sz w:val="18"/>
                <w:szCs w:val="18"/>
              </w:rPr>
            </w:pPr>
            <w:r w:rsidRPr="00C22705">
              <w:rPr>
                <w:sz w:val="18"/>
                <w:szCs w:val="18"/>
              </w:rPr>
              <w:t>Other Services &amp; Charges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E356B5D" w14:textId="77777777" w:rsidR="008C4246" w:rsidRPr="00C22705" w:rsidRDefault="00373693">
            <w:pPr>
              <w:rPr>
                <w:sz w:val="18"/>
                <w:szCs w:val="18"/>
              </w:rPr>
            </w:pPr>
            <w:r w:rsidRPr="00C22705">
              <w:rPr>
                <w:sz w:val="18"/>
                <w:szCs w:val="18"/>
              </w:rPr>
              <w:t>Monroe County Animal Control</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264A375" w14:textId="77777777" w:rsidR="008C4246" w:rsidRPr="00C22705" w:rsidRDefault="00373693">
            <w:pPr>
              <w:jc w:val="center"/>
              <w:rPr>
                <w:sz w:val="18"/>
                <w:szCs w:val="18"/>
              </w:rPr>
            </w:pPr>
            <w:r w:rsidRPr="00C22705">
              <w:rPr>
                <w:sz w:val="18"/>
                <w:szCs w:val="18"/>
              </w:rPr>
              <w:t>1101-001.00-00318.00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9DF93BA" w14:textId="77777777" w:rsidR="008C4246" w:rsidRPr="00C22705" w:rsidRDefault="00373693">
            <w:pPr>
              <w:jc w:val="right"/>
              <w:rPr>
                <w:sz w:val="18"/>
                <w:szCs w:val="18"/>
              </w:rPr>
            </w:pPr>
            <w:r w:rsidRPr="00C22705">
              <w:rPr>
                <w:sz w:val="18"/>
                <w:szCs w:val="18"/>
              </w:rPr>
              <w:t>$9,142.00</w:t>
            </w:r>
          </w:p>
        </w:tc>
      </w:tr>
      <w:tr w:rsidR="008C4246" w:rsidRPr="00C22705" w14:paraId="280DF974"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CA0E52A" w14:textId="77777777" w:rsidR="008C4246" w:rsidRPr="00C22705" w:rsidRDefault="00373693">
            <w:pPr>
              <w:rPr>
                <w:sz w:val="18"/>
                <w:szCs w:val="18"/>
              </w:rPr>
            </w:pPr>
            <w:r w:rsidRPr="00C22705">
              <w:rPr>
                <w:sz w:val="18"/>
                <w:szCs w:val="18"/>
              </w:rPr>
              <w:t>GENERAL FUND (1101)</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3847B1D" w14:textId="77777777" w:rsidR="008C4246" w:rsidRPr="00C22705" w:rsidRDefault="00373693">
            <w:pPr>
              <w:rPr>
                <w:sz w:val="18"/>
                <w:szCs w:val="18"/>
              </w:rPr>
            </w:pPr>
            <w:r w:rsidRPr="00C22705">
              <w:rPr>
                <w:sz w:val="18"/>
                <w:szCs w:val="18"/>
              </w:rPr>
              <w:t>Clerk</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C73CEF1" w14:textId="77777777" w:rsidR="008C4246" w:rsidRPr="00C22705" w:rsidRDefault="00373693">
            <w:pPr>
              <w:rPr>
                <w:sz w:val="18"/>
                <w:szCs w:val="18"/>
              </w:rPr>
            </w:pPr>
            <w:r w:rsidRPr="00C22705">
              <w:rPr>
                <w:sz w:val="18"/>
                <w:szCs w:val="18"/>
              </w:rPr>
              <w:t>Other Services &amp; Charges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1D6D15D" w14:textId="3C28D781" w:rsidR="008C4246" w:rsidRPr="00C22705" w:rsidRDefault="001A46AF">
            <w:pPr>
              <w:rPr>
                <w:sz w:val="18"/>
                <w:szCs w:val="18"/>
              </w:rPr>
            </w:pPr>
            <w:r w:rsidRPr="00C22705">
              <w:rPr>
                <w:sz w:val="18"/>
                <w:szCs w:val="18"/>
              </w:rPr>
              <w:t xml:space="preserve">Promotion of Town Business- </w:t>
            </w:r>
            <w:r w:rsidR="00F36D03">
              <w:rPr>
                <w:sz w:val="18"/>
                <w:szCs w:val="18"/>
              </w:rPr>
              <w:t>(</w:t>
            </w:r>
            <w:r w:rsidR="00373693" w:rsidRPr="00C22705">
              <w:rPr>
                <w:sz w:val="18"/>
                <w:szCs w:val="18"/>
              </w:rPr>
              <w:t xml:space="preserve">Communications </w:t>
            </w:r>
            <w:r w:rsidRPr="00C22705">
              <w:rPr>
                <w:sz w:val="18"/>
                <w:szCs w:val="18"/>
              </w:rPr>
              <w:t>Contract</w:t>
            </w:r>
            <w:r w:rsidR="00F36D03">
              <w:rPr>
                <w:sz w:val="18"/>
                <w:szCs w:val="18"/>
              </w:rPr>
              <w:t>)</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92AA024" w14:textId="77777777" w:rsidR="008C4246" w:rsidRPr="00C22705" w:rsidRDefault="00373693">
            <w:pPr>
              <w:jc w:val="center"/>
              <w:rPr>
                <w:sz w:val="18"/>
                <w:szCs w:val="18"/>
              </w:rPr>
            </w:pPr>
            <w:r w:rsidRPr="00C22705">
              <w:rPr>
                <w:sz w:val="18"/>
                <w:szCs w:val="18"/>
              </w:rPr>
              <w:t>1101-001.00-00396.00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34E9098" w14:textId="77777777" w:rsidR="008C4246" w:rsidRPr="00C22705" w:rsidRDefault="00373693">
            <w:pPr>
              <w:jc w:val="right"/>
              <w:rPr>
                <w:sz w:val="18"/>
                <w:szCs w:val="18"/>
              </w:rPr>
            </w:pPr>
            <w:r w:rsidRPr="00C22705">
              <w:rPr>
                <w:sz w:val="18"/>
                <w:szCs w:val="18"/>
              </w:rPr>
              <w:t>$27,300.00</w:t>
            </w:r>
          </w:p>
        </w:tc>
      </w:tr>
      <w:tr w:rsidR="008C4246" w:rsidRPr="00C22705" w14:paraId="34354C62"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B278FB6" w14:textId="77777777" w:rsidR="008C4246" w:rsidRPr="00C22705" w:rsidRDefault="00373693">
            <w:pPr>
              <w:rPr>
                <w:sz w:val="18"/>
                <w:szCs w:val="18"/>
              </w:rPr>
            </w:pPr>
            <w:r w:rsidRPr="00C22705">
              <w:rPr>
                <w:sz w:val="18"/>
                <w:szCs w:val="18"/>
              </w:rPr>
              <w:t>LIT ECONOMIC DEVELOPMENT (2411)</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7C11846" w14:textId="77777777" w:rsidR="008C4246" w:rsidRPr="00C22705" w:rsidRDefault="00373693">
            <w:pPr>
              <w:rPr>
                <w:sz w:val="18"/>
                <w:szCs w:val="18"/>
              </w:rPr>
            </w:pPr>
            <w:r w:rsidRPr="00C22705">
              <w:rPr>
                <w:sz w:val="18"/>
                <w:szCs w:val="18"/>
              </w:rPr>
              <w:t>Fire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5CD297E" w14:textId="77777777" w:rsidR="008C4246" w:rsidRPr="00C22705" w:rsidRDefault="00373693">
            <w:pPr>
              <w:rPr>
                <w:sz w:val="18"/>
                <w:szCs w:val="18"/>
              </w:rPr>
            </w:pPr>
            <w:r w:rsidRPr="00C22705">
              <w:rPr>
                <w:sz w:val="18"/>
                <w:szCs w:val="18"/>
              </w:rPr>
              <w:t>Personal Services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ABDAE8C" w14:textId="1F80E729" w:rsidR="008C4246" w:rsidRPr="00C22705" w:rsidRDefault="001A46AF">
            <w:pPr>
              <w:rPr>
                <w:sz w:val="18"/>
                <w:szCs w:val="18"/>
              </w:rPr>
            </w:pPr>
            <w:r w:rsidRPr="00C22705">
              <w:rPr>
                <w:sz w:val="18"/>
                <w:szCs w:val="18"/>
              </w:rPr>
              <w:t xml:space="preserve">Fire </w:t>
            </w:r>
            <w:r w:rsidR="00373693" w:rsidRPr="00C22705">
              <w:rPr>
                <w:sz w:val="18"/>
                <w:szCs w:val="18"/>
              </w:rPr>
              <w:t>Overtime</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9DE20A8" w14:textId="77777777" w:rsidR="008C4246" w:rsidRPr="00C22705" w:rsidRDefault="00373693">
            <w:pPr>
              <w:jc w:val="center"/>
              <w:rPr>
                <w:sz w:val="18"/>
                <w:szCs w:val="18"/>
              </w:rPr>
            </w:pPr>
            <w:r w:rsidRPr="00C22705">
              <w:rPr>
                <w:sz w:val="18"/>
                <w:szCs w:val="18"/>
              </w:rPr>
              <w:t>2411-003.00-00116.00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99780CF" w14:textId="77777777" w:rsidR="008C4246" w:rsidRPr="00C22705" w:rsidRDefault="00373693">
            <w:pPr>
              <w:jc w:val="right"/>
              <w:rPr>
                <w:sz w:val="18"/>
                <w:szCs w:val="18"/>
              </w:rPr>
            </w:pPr>
            <w:r w:rsidRPr="00C22705">
              <w:rPr>
                <w:sz w:val="18"/>
                <w:szCs w:val="18"/>
              </w:rPr>
              <w:t>$52,000.00</w:t>
            </w:r>
          </w:p>
        </w:tc>
      </w:tr>
      <w:tr w:rsidR="008C4246" w:rsidRPr="00C22705" w14:paraId="3765DD60"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BC01481" w14:textId="77777777" w:rsidR="008C4246" w:rsidRPr="00C22705" w:rsidRDefault="00373693">
            <w:pPr>
              <w:rPr>
                <w:sz w:val="18"/>
                <w:szCs w:val="18"/>
              </w:rPr>
            </w:pPr>
            <w:r w:rsidRPr="00C22705">
              <w:rPr>
                <w:sz w:val="18"/>
                <w:szCs w:val="18"/>
              </w:rPr>
              <w:t>LIT ECONOMIC DEVELOPMENT (2411)</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2DF8EF4" w14:textId="77777777" w:rsidR="008C4246" w:rsidRPr="00C22705" w:rsidRDefault="00373693">
            <w:pPr>
              <w:rPr>
                <w:sz w:val="18"/>
                <w:szCs w:val="18"/>
              </w:rPr>
            </w:pPr>
            <w:r w:rsidRPr="00C22705">
              <w:rPr>
                <w:sz w:val="18"/>
                <w:szCs w:val="18"/>
              </w:rPr>
              <w:t>Planning</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57BE44F" w14:textId="77777777" w:rsidR="008C4246" w:rsidRPr="00C22705" w:rsidRDefault="00373693">
            <w:pPr>
              <w:rPr>
                <w:sz w:val="18"/>
                <w:szCs w:val="18"/>
              </w:rPr>
            </w:pPr>
            <w:r w:rsidRPr="00C22705">
              <w:rPr>
                <w:sz w:val="18"/>
                <w:szCs w:val="18"/>
              </w:rPr>
              <w:t>Other Services &amp; Charges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CF270FC" w14:textId="415159EC" w:rsidR="008C4246" w:rsidRPr="00C22705" w:rsidRDefault="00373693">
            <w:pPr>
              <w:rPr>
                <w:sz w:val="18"/>
                <w:szCs w:val="18"/>
              </w:rPr>
            </w:pPr>
            <w:r w:rsidRPr="00C22705">
              <w:rPr>
                <w:sz w:val="18"/>
                <w:szCs w:val="18"/>
              </w:rPr>
              <w:t xml:space="preserve">Misc. Professional Expenses </w:t>
            </w:r>
            <w:r w:rsidR="00F36D03">
              <w:rPr>
                <w:sz w:val="18"/>
                <w:szCs w:val="18"/>
              </w:rPr>
              <w:t>–</w:t>
            </w:r>
            <w:r w:rsidRPr="00C22705">
              <w:rPr>
                <w:sz w:val="18"/>
                <w:szCs w:val="18"/>
              </w:rPr>
              <w:t xml:space="preserve"> </w:t>
            </w:r>
            <w:r w:rsidR="00F36D03">
              <w:rPr>
                <w:sz w:val="18"/>
                <w:szCs w:val="18"/>
              </w:rPr>
              <w:t>(</w:t>
            </w:r>
            <w:r w:rsidRPr="00C22705">
              <w:rPr>
                <w:sz w:val="18"/>
                <w:szCs w:val="18"/>
              </w:rPr>
              <w:t>Heritage Trail Plan Update</w:t>
            </w:r>
            <w:r w:rsidR="00F36D03">
              <w:rPr>
                <w:sz w:val="18"/>
                <w:szCs w:val="18"/>
              </w:rPr>
              <w:t>)</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BE53590" w14:textId="71ED2C5F" w:rsidR="008C4246" w:rsidRPr="00C22705" w:rsidRDefault="00373693">
            <w:pPr>
              <w:jc w:val="center"/>
              <w:rPr>
                <w:sz w:val="18"/>
                <w:szCs w:val="18"/>
              </w:rPr>
            </w:pPr>
            <w:r w:rsidRPr="00C22705">
              <w:rPr>
                <w:sz w:val="18"/>
                <w:szCs w:val="18"/>
              </w:rPr>
              <w:t>2411-</w:t>
            </w:r>
            <w:r w:rsidR="00C22705" w:rsidRPr="00C22705">
              <w:rPr>
                <w:sz w:val="18"/>
                <w:szCs w:val="18"/>
              </w:rPr>
              <w:t>001.00</w:t>
            </w:r>
            <w:r w:rsidRPr="00C22705">
              <w:rPr>
                <w:sz w:val="18"/>
                <w:szCs w:val="18"/>
              </w:rPr>
              <w:t>-</w:t>
            </w:r>
            <w:r w:rsidR="00C22705" w:rsidRPr="00C22705">
              <w:rPr>
                <w:sz w:val="18"/>
                <w:szCs w:val="18"/>
              </w:rPr>
              <w:t>00</w:t>
            </w:r>
            <w:r w:rsidRPr="00C22705">
              <w:rPr>
                <w:sz w:val="18"/>
                <w:szCs w:val="18"/>
              </w:rPr>
              <w:t>315</w:t>
            </w:r>
            <w:r w:rsidR="00C22705" w:rsidRPr="00C22705">
              <w:rPr>
                <w:sz w:val="18"/>
                <w:szCs w:val="18"/>
              </w:rPr>
              <w:t>.00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34489C3" w14:textId="77777777" w:rsidR="008C4246" w:rsidRPr="00C22705" w:rsidRDefault="00373693">
            <w:pPr>
              <w:jc w:val="right"/>
              <w:rPr>
                <w:sz w:val="18"/>
                <w:szCs w:val="18"/>
              </w:rPr>
            </w:pPr>
            <w:r w:rsidRPr="00C22705">
              <w:rPr>
                <w:sz w:val="18"/>
                <w:szCs w:val="18"/>
              </w:rPr>
              <w:t>$35,702.00</w:t>
            </w:r>
          </w:p>
        </w:tc>
      </w:tr>
      <w:tr w:rsidR="008C4246" w:rsidRPr="00C22705" w14:paraId="5080E6D6"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9EA760E" w14:textId="77777777" w:rsidR="008C4246" w:rsidRPr="00C22705" w:rsidRDefault="00373693">
            <w:pPr>
              <w:rPr>
                <w:sz w:val="18"/>
                <w:szCs w:val="18"/>
              </w:rPr>
            </w:pPr>
            <w:r w:rsidRPr="00C22705">
              <w:rPr>
                <w:sz w:val="18"/>
                <w:szCs w:val="18"/>
              </w:rPr>
              <w:t>LIT ECONOMIC DEVELOPMENT (2411)</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2BFCA2F" w14:textId="77777777" w:rsidR="008C4246" w:rsidRPr="00C22705" w:rsidRDefault="00373693">
            <w:pPr>
              <w:rPr>
                <w:sz w:val="18"/>
                <w:szCs w:val="18"/>
              </w:rPr>
            </w:pPr>
            <w:r w:rsidRPr="00C22705">
              <w:rPr>
                <w:sz w:val="18"/>
                <w:szCs w:val="18"/>
              </w:rPr>
              <w:t>Planning</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2BC3168" w14:textId="77777777" w:rsidR="008C4246" w:rsidRPr="00C22705" w:rsidRDefault="00373693">
            <w:pPr>
              <w:rPr>
                <w:sz w:val="18"/>
                <w:szCs w:val="18"/>
              </w:rPr>
            </w:pPr>
            <w:r w:rsidRPr="00C22705">
              <w:rPr>
                <w:sz w:val="18"/>
                <w:szCs w:val="18"/>
              </w:rPr>
              <w:t>Other Services &amp; Charges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8C055CB" w14:textId="541510DE" w:rsidR="008C4246" w:rsidRPr="00C22705" w:rsidRDefault="00373693">
            <w:pPr>
              <w:rPr>
                <w:sz w:val="18"/>
                <w:szCs w:val="18"/>
              </w:rPr>
            </w:pPr>
            <w:r w:rsidRPr="00C22705">
              <w:rPr>
                <w:sz w:val="18"/>
                <w:szCs w:val="18"/>
              </w:rPr>
              <w:t xml:space="preserve">Misc. Professional Expenses </w:t>
            </w:r>
            <w:r w:rsidR="00F36D03">
              <w:rPr>
                <w:sz w:val="18"/>
                <w:szCs w:val="18"/>
              </w:rPr>
              <w:t>–</w:t>
            </w:r>
            <w:r w:rsidRPr="00C22705">
              <w:rPr>
                <w:sz w:val="18"/>
                <w:szCs w:val="18"/>
              </w:rPr>
              <w:t xml:space="preserve"> </w:t>
            </w:r>
            <w:r w:rsidR="00F36D03">
              <w:rPr>
                <w:sz w:val="18"/>
                <w:szCs w:val="18"/>
              </w:rPr>
              <w:t>(</w:t>
            </w:r>
            <w:r w:rsidRPr="00C22705">
              <w:rPr>
                <w:sz w:val="18"/>
                <w:szCs w:val="18"/>
              </w:rPr>
              <w:t>UDO, Comprehensive Plan &amp; Zoning Map Update</w:t>
            </w:r>
            <w:r w:rsidR="00F36D03">
              <w:rPr>
                <w:sz w:val="18"/>
                <w:szCs w:val="18"/>
              </w:rPr>
              <w:t>)</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5A845FB" w14:textId="4A58BE28" w:rsidR="008C4246" w:rsidRPr="00C22705" w:rsidRDefault="00C22705">
            <w:pPr>
              <w:jc w:val="center"/>
              <w:rPr>
                <w:sz w:val="18"/>
                <w:szCs w:val="18"/>
              </w:rPr>
            </w:pPr>
            <w:r w:rsidRPr="00C22705">
              <w:rPr>
                <w:sz w:val="18"/>
                <w:szCs w:val="18"/>
              </w:rPr>
              <w:t>2411-001.00-00315.00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39183FB" w14:textId="77777777" w:rsidR="008C4246" w:rsidRPr="00C22705" w:rsidRDefault="00373693">
            <w:pPr>
              <w:jc w:val="right"/>
              <w:rPr>
                <w:sz w:val="18"/>
                <w:szCs w:val="18"/>
              </w:rPr>
            </w:pPr>
            <w:r w:rsidRPr="00C22705">
              <w:rPr>
                <w:sz w:val="18"/>
                <w:szCs w:val="18"/>
              </w:rPr>
              <w:t>$29,425.00</w:t>
            </w:r>
          </w:p>
        </w:tc>
      </w:tr>
      <w:tr w:rsidR="008C4246" w:rsidRPr="00C22705" w14:paraId="751595DA"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C24717C" w14:textId="77777777" w:rsidR="008C4246" w:rsidRPr="00C22705" w:rsidRDefault="00373693">
            <w:pPr>
              <w:rPr>
                <w:sz w:val="18"/>
                <w:szCs w:val="18"/>
              </w:rPr>
            </w:pPr>
            <w:r w:rsidRPr="00C22705">
              <w:rPr>
                <w:sz w:val="18"/>
                <w:szCs w:val="18"/>
              </w:rPr>
              <w:t>LIT PUBLIC SAFETY (2240)</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D22A8C5" w14:textId="77777777" w:rsidR="008C4246" w:rsidRPr="00C22705" w:rsidRDefault="00373693">
            <w:pPr>
              <w:rPr>
                <w:sz w:val="18"/>
                <w:szCs w:val="18"/>
              </w:rPr>
            </w:pPr>
            <w:r w:rsidRPr="00C22705">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5B157D2" w14:textId="77777777" w:rsidR="008C4246" w:rsidRPr="00C22705" w:rsidRDefault="00373693">
            <w:pPr>
              <w:rPr>
                <w:sz w:val="18"/>
                <w:szCs w:val="18"/>
              </w:rPr>
            </w:pPr>
            <w:r w:rsidRPr="00C22705">
              <w:rPr>
                <w:sz w:val="18"/>
                <w:szCs w:val="18"/>
              </w:rPr>
              <w:t>Personal Services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F82ED5B" w14:textId="0100B1BC" w:rsidR="008C4246" w:rsidRPr="00C22705" w:rsidRDefault="001A46AF">
            <w:pPr>
              <w:rPr>
                <w:sz w:val="18"/>
                <w:szCs w:val="18"/>
              </w:rPr>
            </w:pPr>
            <w:r w:rsidRPr="00C22705">
              <w:rPr>
                <w:sz w:val="18"/>
                <w:szCs w:val="18"/>
              </w:rPr>
              <w:t xml:space="preserve">Police </w:t>
            </w:r>
            <w:r w:rsidR="00373693" w:rsidRPr="00C22705">
              <w:rPr>
                <w:sz w:val="18"/>
                <w:szCs w:val="18"/>
              </w:rPr>
              <w:t>Overtime</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CD87C46" w14:textId="4B246B11" w:rsidR="008C4246" w:rsidRPr="00C22705" w:rsidRDefault="00373693">
            <w:pPr>
              <w:jc w:val="center"/>
              <w:rPr>
                <w:sz w:val="18"/>
                <w:szCs w:val="18"/>
              </w:rPr>
            </w:pPr>
            <w:r w:rsidRPr="00C22705">
              <w:rPr>
                <w:sz w:val="18"/>
                <w:szCs w:val="18"/>
              </w:rPr>
              <w:t>2240-</w:t>
            </w:r>
            <w:r w:rsidR="00C22705" w:rsidRPr="00C22705">
              <w:rPr>
                <w:sz w:val="18"/>
                <w:szCs w:val="18"/>
              </w:rPr>
              <w:t>00</w:t>
            </w:r>
            <w:r w:rsidRPr="00C22705">
              <w:rPr>
                <w:sz w:val="18"/>
                <w:szCs w:val="18"/>
              </w:rPr>
              <w:t>4</w:t>
            </w:r>
            <w:r w:rsidR="00C22705">
              <w:rPr>
                <w:sz w:val="18"/>
                <w:szCs w:val="18"/>
              </w:rPr>
              <w:t>.00</w:t>
            </w:r>
            <w:r w:rsidRPr="00C22705">
              <w:rPr>
                <w:sz w:val="18"/>
                <w:szCs w:val="18"/>
              </w:rPr>
              <w:t>-</w:t>
            </w:r>
            <w:r w:rsidR="00C22705" w:rsidRPr="00C22705">
              <w:rPr>
                <w:sz w:val="18"/>
                <w:szCs w:val="18"/>
              </w:rPr>
              <w:t>00</w:t>
            </w:r>
            <w:r w:rsidRPr="00C22705">
              <w:rPr>
                <w:sz w:val="18"/>
                <w:szCs w:val="18"/>
              </w:rPr>
              <w:t>116</w:t>
            </w:r>
            <w:r w:rsidR="00C22705" w:rsidRPr="00C22705">
              <w:rPr>
                <w:sz w:val="18"/>
                <w:szCs w:val="18"/>
              </w:rPr>
              <w:t>.00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8245676" w14:textId="77777777" w:rsidR="008C4246" w:rsidRPr="00C22705" w:rsidRDefault="00373693">
            <w:pPr>
              <w:jc w:val="right"/>
              <w:rPr>
                <w:sz w:val="18"/>
                <w:szCs w:val="18"/>
              </w:rPr>
            </w:pPr>
            <w:r w:rsidRPr="00C22705">
              <w:rPr>
                <w:sz w:val="18"/>
                <w:szCs w:val="18"/>
              </w:rPr>
              <w:t>$55,000.00</w:t>
            </w:r>
          </w:p>
        </w:tc>
      </w:tr>
      <w:tr w:rsidR="008C4246" w:rsidRPr="00C22705" w14:paraId="57B1DB18"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822B3BF" w14:textId="77777777" w:rsidR="008C4246" w:rsidRPr="00C22705" w:rsidRDefault="00373693">
            <w:pPr>
              <w:rPr>
                <w:sz w:val="18"/>
                <w:szCs w:val="18"/>
              </w:rPr>
            </w:pPr>
            <w:r w:rsidRPr="00C22705">
              <w:rPr>
                <w:sz w:val="18"/>
                <w:szCs w:val="18"/>
              </w:rPr>
              <w:t>LIT PUBLIC SAFETY (2240)</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656816D" w14:textId="77777777" w:rsidR="008C4246" w:rsidRPr="00C22705" w:rsidRDefault="00373693">
            <w:pPr>
              <w:rPr>
                <w:sz w:val="18"/>
                <w:szCs w:val="18"/>
              </w:rPr>
            </w:pPr>
            <w:r w:rsidRPr="00C22705">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FB000AB" w14:textId="77777777" w:rsidR="008C4246" w:rsidRPr="00C22705" w:rsidRDefault="00373693">
            <w:pPr>
              <w:rPr>
                <w:sz w:val="18"/>
                <w:szCs w:val="18"/>
              </w:rPr>
            </w:pPr>
            <w:r w:rsidRPr="00C22705">
              <w:rPr>
                <w:sz w:val="18"/>
                <w:szCs w:val="18"/>
              </w:rPr>
              <w:t>Personal Services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E16AAAA" w14:textId="48ADEEA9" w:rsidR="008C4246" w:rsidRPr="00C22705" w:rsidRDefault="00373693">
            <w:pPr>
              <w:rPr>
                <w:sz w:val="18"/>
                <w:szCs w:val="18"/>
              </w:rPr>
            </w:pPr>
            <w:r w:rsidRPr="00C22705">
              <w:rPr>
                <w:sz w:val="18"/>
                <w:szCs w:val="18"/>
              </w:rPr>
              <w:t xml:space="preserve">Deputy Salaries 1 / 77 Fund </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69E100D" w14:textId="2325884F" w:rsidR="008C4246" w:rsidRPr="00C22705" w:rsidRDefault="00373693">
            <w:pPr>
              <w:jc w:val="center"/>
              <w:rPr>
                <w:sz w:val="18"/>
                <w:szCs w:val="18"/>
              </w:rPr>
            </w:pPr>
            <w:r w:rsidRPr="00C22705">
              <w:rPr>
                <w:sz w:val="18"/>
                <w:szCs w:val="18"/>
              </w:rPr>
              <w:t>2240-</w:t>
            </w:r>
            <w:r w:rsidR="00C22705" w:rsidRPr="00C22705">
              <w:rPr>
                <w:sz w:val="18"/>
                <w:szCs w:val="18"/>
              </w:rPr>
              <w:t>00</w:t>
            </w:r>
            <w:r w:rsidRPr="00C22705">
              <w:rPr>
                <w:sz w:val="18"/>
                <w:szCs w:val="18"/>
              </w:rPr>
              <w:t>4</w:t>
            </w:r>
            <w:r w:rsidR="00C22705">
              <w:rPr>
                <w:sz w:val="18"/>
                <w:szCs w:val="18"/>
              </w:rPr>
              <w:t>.00</w:t>
            </w:r>
            <w:r w:rsidRPr="00C22705">
              <w:rPr>
                <w:sz w:val="18"/>
                <w:szCs w:val="18"/>
              </w:rPr>
              <w:t>-</w:t>
            </w:r>
            <w:r w:rsidR="00C22705" w:rsidRPr="00C22705">
              <w:rPr>
                <w:sz w:val="18"/>
                <w:szCs w:val="18"/>
              </w:rPr>
              <w:t>00</w:t>
            </w:r>
            <w:r w:rsidRPr="00C22705">
              <w:rPr>
                <w:sz w:val="18"/>
                <w:szCs w:val="18"/>
              </w:rPr>
              <w:t>10</w:t>
            </w:r>
            <w:r w:rsidR="00C22705" w:rsidRPr="00C22705">
              <w:rPr>
                <w:sz w:val="18"/>
                <w:szCs w:val="18"/>
              </w:rPr>
              <w:t>7.00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8DAA9D3" w14:textId="77777777" w:rsidR="008C4246" w:rsidRPr="00C22705" w:rsidRDefault="00373693">
            <w:pPr>
              <w:jc w:val="right"/>
              <w:rPr>
                <w:sz w:val="18"/>
                <w:szCs w:val="18"/>
              </w:rPr>
            </w:pPr>
            <w:r w:rsidRPr="00C22705">
              <w:rPr>
                <w:sz w:val="18"/>
                <w:szCs w:val="18"/>
              </w:rPr>
              <w:t>$36,000.00</w:t>
            </w:r>
          </w:p>
        </w:tc>
      </w:tr>
      <w:tr w:rsidR="008C4246" w:rsidRPr="00C22705" w14:paraId="79EB9D33"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D2F0095" w14:textId="77777777" w:rsidR="008C4246" w:rsidRPr="00C22705" w:rsidRDefault="00373693">
            <w:pPr>
              <w:rPr>
                <w:sz w:val="18"/>
                <w:szCs w:val="18"/>
              </w:rPr>
            </w:pPr>
            <w:r w:rsidRPr="00C22705">
              <w:rPr>
                <w:sz w:val="18"/>
                <w:szCs w:val="18"/>
              </w:rPr>
              <w:t>LIT PUBLIC SAFETY (2240)</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F363E4D" w14:textId="77777777" w:rsidR="008C4246" w:rsidRPr="00C22705" w:rsidRDefault="00373693">
            <w:pPr>
              <w:rPr>
                <w:sz w:val="18"/>
                <w:szCs w:val="18"/>
              </w:rPr>
            </w:pPr>
            <w:r w:rsidRPr="00C22705">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F00F893" w14:textId="77777777" w:rsidR="008C4246" w:rsidRPr="00C22705" w:rsidRDefault="00373693">
            <w:pPr>
              <w:rPr>
                <w:sz w:val="18"/>
                <w:szCs w:val="18"/>
              </w:rPr>
            </w:pPr>
            <w:r w:rsidRPr="00C22705">
              <w:rPr>
                <w:sz w:val="18"/>
                <w:szCs w:val="18"/>
              </w:rPr>
              <w:t>Personal Services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34CE8C2" w14:textId="77777777" w:rsidR="008C4246" w:rsidRPr="00C22705" w:rsidRDefault="00373693">
            <w:pPr>
              <w:rPr>
                <w:sz w:val="18"/>
                <w:szCs w:val="18"/>
              </w:rPr>
            </w:pPr>
            <w:r w:rsidRPr="00C22705">
              <w:rPr>
                <w:sz w:val="18"/>
                <w:szCs w:val="18"/>
              </w:rPr>
              <w:t>Medicare - 77 Fund</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88A2DA6" w14:textId="0ECA92D0" w:rsidR="008C4246" w:rsidRPr="00C22705" w:rsidRDefault="00C22705">
            <w:pPr>
              <w:jc w:val="center"/>
              <w:rPr>
                <w:sz w:val="18"/>
                <w:szCs w:val="18"/>
              </w:rPr>
            </w:pPr>
            <w:r w:rsidRPr="00C22705">
              <w:rPr>
                <w:sz w:val="18"/>
                <w:szCs w:val="18"/>
              </w:rPr>
              <w:t>2240-004</w:t>
            </w:r>
            <w:r>
              <w:rPr>
                <w:sz w:val="18"/>
                <w:szCs w:val="18"/>
              </w:rPr>
              <w:t>.00</w:t>
            </w:r>
            <w:r w:rsidR="00373693" w:rsidRPr="00C22705">
              <w:rPr>
                <w:sz w:val="18"/>
                <w:szCs w:val="18"/>
              </w:rPr>
              <w:t>-</w:t>
            </w:r>
            <w:r w:rsidRPr="00C22705">
              <w:rPr>
                <w:sz w:val="18"/>
                <w:szCs w:val="18"/>
              </w:rPr>
              <w:t>00</w:t>
            </w:r>
            <w:r w:rsidR="00373693" w:rsidRPr="00C22705">
              <w:rPr>
                <w:sz w:val="18"/>
                <w:szCs w:val="18"/>
              </w:rPr>
              <w:t>121</w:t>
            </w:r>
            <w:r w:rsidRPr="00C22705">
              <w:rPr>
                <w:sz w:val="18"/>
                <w:szCs w:val="18"/>
              </w:rPr>
              <w:t>.00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806049B" w14:textId="77777777" w:rsidR="008C4246" w:rsidRPr="00C22705" w:rsidRDefault="00373693">
            <w:pPr>
              <w:jc w:val="right"/>
              <w:rPr>
                <w:sz w:val="18"/>
                <w:szCs w:val="18"/>
              </w:rPr>
            </w:pPr>
            <w:r w:rsidRPr="00C22705">
              <w:rPr>
                <w:sz w:val="18"/>
                <w:szCs w:val="18"/>
              </w:rPr>
              <w:t>$522.00</w:t>
            </w:r>
          </w:p>
        </w:tc>
      </w:tr>
      <w:tr w:rsidR="008C4246" w:rsidRPr="00C22705" w14:paraId="5EE124D2"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EFAA722" w14:textId="77777777" w:rsidR="008C4246" w:rsidRPr="00C22705" w:rsidRDefault="00373693">
            <w:pPr>
              <w:rPr>
                <w:sz w:val="18"/>
                <w:szCs w:val="18"/>
              </w:rPr>
            </w:pPr>
            <w:r w:rsidRPr="00C22705">
              <w:rPr>
                <w:sz w:val="18"/>
                <w:szCs w:val="18"/>
              </w:rPr>
              <w:t>LIT PUBLIC SAFETY (2240)</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0EABC0F" w14:textId="77777777" w:rsidR="008C4246" w:rsidRPr="00C22705" w:rsidRDefault="00373693">
            <w:pPr>
              <w:rPr>
                <w:sz w:val="18"/>
                <w:szCs w:val="18"/>
              </w:rPr>
            </w:pPr>
            <w:r w:rsidRPr="00C22705">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83D7D30" w14:textId="77777777" w:rsidR="008C4246" w:rsidRPr="00C22705" w:rsidRDefault="00373693">
            <w:pPr>
              <w:rPr>
                <w:sz w:val="18"/>
                <w:szCs w:val="18"/>
              </w:rPr>
            </w:pPr>
            <w:r w:rsidRPr="00C22705">
              <w:rPr>
                <w:sz w:val="18"/>
                <w:szCs w:val="18"/>
              </w:rPr>
              <w:t>Personal Services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9F8904D" w14:textId="77777777" w:rsidR="008C4246" w:rsidRPr="00C22705" w:rsidRDefault="00373693">
            <w:pPr>
              <w:rPr>
                <w:sz w:val="18"/>
                <w:szCs w:val="18"/>
              </w:rPr>
            </w:pPr>
            <w:r w:rsidRPr="00C22705">
              <w:rPr>
                <w:sz w:val="18"/>
                <w:szCs w:val="18"/>
              </w:rPr>
              <w:t>Group Health Insurance</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FC4A918" w14:textId="7D41DF87" w:rsidR="008C4246" w:rsidRPr="00C22705" w:rsidRDefault="00C22705">
            <w:pPr>
              <w:jc w:val="center"/>
              <w:rPr>
                <w:sz w:val="18"/>
                <w:szCs w:val="18"/>
              </w:rPr>
            </w:pPr>
            <w:r w:rsidRPr="00C22705">
              <w:rPr>
                <w:sz w:val="18"/>
                <w:szCs w:val="18"/>
              </w:rPr>
              <w:t>2240-004</w:t>
            </w:r>
            <w:r>
              <w:rPr>
                <w:sz w:val="18"/>
                <w:szCs w:val="18"/>
              </w:rPr>
              <w:t>.00</w:t>
            </w:r>
            <w:r w:rsidR="00373693" w:rsidRPr="00C22705">
              <w:rPr>
                <w:sz w:val="18"/>
                <w:szCs w:val="18"/>
              </w:rPr>
              <w:t>-</w:t>
            </w:r>
            <w:r w:rsidRPr="00C22705">
              <w:rPr>
                <w:sz w:val="18"/>
                <w:szCs w:val="18"/>
              </w:rPr>
              <w:t>00</w:t>
            </w:r>
            <w:r w:rsidR="00373693" w:rsidRPr="00C22705">
              <w:rPr>
                <w:sz w:val="18"/>
                <w:szCs w:val="18"/>
              </w:rPr>
              <w:t>122</w:t>
            </w:r>
            <w:r w:rsidRPr="00C22705">
              <w:rPr>
                <w:sz w:val="18"/>
                <w:szCs w:val="18"/>
              </w:rPr>
              <w:t>.00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697F6BB" w14:textId="77777777" w:rsidR="008C4246" w:rsidRPr="00C22705" w:rsidRDefault="00373693">
            <w:pPr>
              <w:jc w:val="right"/>
              <w:rPr>
                <w:sz w:val="18"/>
                <w:szCs w:val="18"/>
              </w:rPr>
            </w:pPr>
            <w:r w:rsidRPr="00C22705">
              <w:rPr>
                <w:sz w:val="18"/>
                <w:szCs w:val="18"/>
              </w:rPr>
              <w:t>$7,350.00</w:t>
            </w:r>
          </w:p>
        </w:tc>
      </w:tr>
      <w:tr w:rsidR="008C4246" w:rsidRPr="00C22705" w14:paraId="1A166942"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E4E71AA" w14:textId="77777777" w:rsidR="008C4246" w:rsidRPr="00C22705" w:rsidRDefault="00373693">
            <w:pPr>
              <w:rPr>
                <w:sz w:val="18"/>
                <w:szCs w:val="18"/>
              </w:rPr>
            </w:pPr>
            <w:r w:rsidRPr="00C22705">
              <w:rPr>
                <w:sz w:val="18"/>
                <w:szCs w:val="18"/>
              </w:rPr>
              <w:t>LIT PUBLIC SAFETY (2240)</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26B7DBF" w14:textId="77777777" w:rsidR="008C4246" w:rsidRPr="00C22705" w:rsidRDefault="00373693">
            <w:pPr>
              <w:rPr>
                <w:sz w:val="18"/>
                <w:szCs w:val="18"/>
              </w:rPr>
            </w:pPr>
            <w:r w:rsidRPr="00C22705">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C3CCF3" w14:textId="77777777" w:rsidR="008C4246" w:rsidRPr="00C22705" w:rsidRDefault="00373693">
            <w:pPr>
              <w:rPr>
                <w:sz w:val="18"/>
                <w:szCs w:val="18"/>
              </w:rPr>
            </w:pPr>
            <w:r w:rsidRPr="00C22705">
              <w:rPr>
                <w:sz w:val="18"/>
                <w:szCs w:val="18"/>
              </w:rPr>
              <w:t>Personal Services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29A4179" w14:textId="77777777" w:rsidR="008C4246" w:rsidRPr="00C22705" w:rsidRDefault="00373693">
            <w:pPr>
              <w:rPr>
                <w:sz w:val="18"/>
                <w:szCs w:val="18"/>
              </w:rPr>
            </w:pPr>
            <w:r w:rsidRPr="00C22705">
              <w:rPr>
                <w:sz w:val="18"/>
                <w:szCs w:val="18"/>
              </w:rPr>
              <w:t>Unemployment Tax</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2CE8577" w14:textId="2B12F924" w:rsidR="008C4246" w:rsidRPr="00C22705" w:rsidRDefault="00C22705">
            <w:pPr>
              <w:jc w:val="center"/>
              <w:rPr>
                <w:sz w:val="18"/>
                <w:szCs w:val="18"/>
              </w:rPr>
            </w:pPr>
            <w:r w:rsidRPr="00C22705">
              <w:rPr>
                <w:sz w:val="18"/>
                <w:szCs w:val="18"/>
              </w:rPr>
              <w:t>2240-004</w:t>
            </w:r>
            <w:r>
              <w:rPr>
                <w:sz w:val="18"/>
                <w:szCs w:val="18"/>
              </w:rPr>
              <w:t>.00</w:t>
            </w:r>
            <w:r w:rsidR="00373693" w:rsidRPr="00C22705">
              <w:rPr>
                <w:sz w:val="18"/>
                <w:szCs w:val="18"/>
              </w:rPr>
              <w:t>-</w:t>
            </w:r>
            <w:r w:rsidRPr="00C22705">
              <w:rPr>
                <w:sz w:val="18"/>
                <w:szCs w:val="18"/>
              </w:rPr>
              <w:t>00</w:t>
            </w:r>
            <w:r w:rsidR="00373693" w:rsidRPr="00C22705">
              <w:rPr>
                <w:sz w:val="18"/>
                <w:szCs w:val="18"/>
              </w:rPr>
              <w:t>123</w:t>
            </w:r>
            <w:r w:rsidRPr="00C22705">
              <w:rPr>
                <w:sz w:val="18"/>
                <w:szCs w:val="18"/>
              </w:rPr>
              <w:t>.00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7E2FD26" w14:textId="77777777" w:rsidR="008C4246" w:rsidRPr="00C22705" w:rsidRDefault="00373693">
            <w:pPr>
              <w:jc w:val="right"/>
              <w:rPr>
                <w:sz w:val="18"/>
                <w:szCs w:val="18"/>
              </w:rPr>
            </w:pPr>
            <w:r w:rsidRPr="00C22705">
              <w:rPr>
                <w:sz w:val="18"/>
                <w:szCs w:val="18"/>
              </w:rPr>
              <w:t>$48.00</w:t>
            </w:r>
          </w:p>
        </w:tc>
      </w:tr>
      <w:tr w:rsidR="008C4246" w:rsidRPr="00C22705" w14:paraId="19F7FDA2"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8D0C345" w14:textId="77777777" w:rsidR="008C4246" w:rsidRPr="00C22705" w:rsidRDefault="00373693">
            <w:pPr>
              <w:rPr>
                <w:sz w:val="18"/>
                <w:szCs w:val="18"/>
              </w:rPr>
            </w:pPr>
            <w:r w:rsidRPr="00C22705">
              <w:rPr>
                <w:sz w:val="18"/>
                <w:szCs w:val="18"/>
              </w:rPr>
              <w:t>LIT PUBLIC SAFETY (2240)</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BE0140C" w14:textId="77777777" w:rsidR="008C4246" w:rsidRPr="00C22705" w:rsidRDefault="00373693">
            <w:pPr>
              <w:rPr>
                <w:sz w:val="18"/>
                <w:szCs w:val="18"/>
              </w:rPr>
            </w:pPr>
            <w:r w:rsidRPr="00C22705">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E6DCC00" w14:textId="77777777" w:rsidR="008C4246" w:rsidRPr="00C22705" w:rsidRDefault="00373693">
            <w:pPr>
              <w:rPr>
                <w:sz w:val="18"/>
                <w:szCs w:val="18"/>
              </w:rPr>
            </w:pPr>
            <w:r w:rsidRPr="00C22705">
              <w:rPr>
                <w:sz w:val="18"/>
                <w:szCs w:val="18"/>
              </w:rPr>
              <w:t>Personal Services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5380C51" w14:textId="77777777" w:rsidR="008C4246" w:rsidRPr="00C22705" w:rsidRDefault="00373693">
            <w:pPr>
              <w:rPr>
                <w:sz w:val="18"/>
                <w:szCs w:val="18"/>
              </w:rPr>
            </w:pPr>
            <w:r w:rsidRPr="00C22705">
              <w:rPr>
                <w:sz w:val="18"/>
                <w:szCs w:val="18"/>
              </w:rPr>
              <w:t>Workers Compensation</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23D63FB" w14:textId="6730D40A" w:rsidR="008C4246" w:rsidRPr="00C22705" w:rsidRDefault="00C22705">
            <w:pPr>
              <w:jc w:val="center"/>
              <w:rPr>
                <w:sz w:val="18"/>
                <w:szCs w:val="18"/>
              </w:rPr>
            </w:pPr>
            <w:r w:rsidRPr="00C22705">
              <w:rPr>
                <w:sz w:val="18"/>
                <w:szCs w:val="18"/>
              </w:rPr>
              <w:t>2240-004</w:t>
            </w:r>
            <w:r>
              <w:rPr>
                <w:sz w:val="18"/>
                <w:szCs w:val="18"/>
              </w:rPr>
              <w:t>.00</w:t>
            </w:r>
            <w:r w:rsidR="00373693" w:rsidRPr="00C22705">
              <w:rPr>
                <w:sz w:val="18"/>
                <w:szCs w:val="18"/>
              </w:rPr>
              <w:t>-</w:t>
            </w:r>
            <w:r w:rsidRPr="00C22705">
              <w:rPr>
                <w:sz w:val="18"/>
                <w:szCs w:val="18"/>
              </w:rPr>
              <w:t>00</w:t>
            </w:r>
            <w:r w:rsidR="00373693" w:rsidRPr="00C22705">
              <w:rPr>
                <w:sz w:val="18"/>
                <w:szCs w:val="18"/>
              </w:rPr>
              <w:t>124</w:t>
            </w:r>
            <w:r w:rsidRPr="00C22705">
              <w:rPr>
                <w:sz w:val="18"/>
                <w:szCs w:val="18"/>
              </w:rPr>
              <w:t>.00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83164E1" w14:textId="77777777" w:rsidR="008C4246" w:rsidRPr="00C22705" w:rsidRDefault="00373693">
            <w:pPr>
              <w:jc w:val="right"/>
              <w:rPr>
                <w:sz w:val="18"/>
                <w:szCs w:val="18"/>
              </w:rPr>
            </w:pPr>
            <w:r w:rsidRPr="00C22705">
              <w:rPr>
                <w:sz w:val="18"/>
                <w:szCs w:val="18"/>
              </w:rPr>
              <w:t>$1,022.40</w:t>
            </w:r>
          </w:p>
        </w:tc>
      </w:tr>
      <w:tr w:rsidR="008C4246" w:rsidRPr="00C22705" w14:paraId="17C682DE"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9C9E6EC" w14:textId="77777777" w:rsidR="008C4246" w:rsidRPr="00C22705" w:rsidRDefault="00373693">
            <w:pPr>
              <w:rPr>
                <w:sz w:val="18"/>
                <w:szCs w:val="18"/>
              </w:rPr>
            </w:pPr>
            <w:r w:rsidRPr="00C22705">
              <w:rPr>
                <w:sz w:val="18"/>
                <w:szCs w:val="18"/>
              </w:rPr>
              <w:t>LIT PUBLIC SAFETY (2240)</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1ACD8FB" w14:textId="77777777" w:rsidR="008C4246" w:rsidRPr="00C22705" w:rsidRDefault="00373693">
            <w:pPr>
              <w:rPr>
                <w:sz w:val="18"/>
                <w:szCs w:val="18"/>
              </w:rPr>
            </w:pPr>
            <w:r w:rsidRPr="00C22705">
              <w:rPr>
                <w:sz w:val="18"/>
                <w:szCs w:val="18"/>
              </w:rPr>
              <w:t>Police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F0CE894" w14:textId="77777777" w:rsidR="008C4246" w:rsidRPr="00C22705" w:rsidRDefault="00373693">
            <w:pPr>
              <w:rPr>
                <w:sz w:val="18"/>
                <w:szCs w:val="18"/>
              </w:rPr>
            </w:pPr>
            <w:r w:rsidRPr="00C22705">
              <w:rPr>
                <w:sz w:val="18"/>
                <w:szCs w:val="18"/>
              </w:rPr>
              <w:t>Personal Services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D4355F9" w14:textId="77777777" w:rsidR="008C4246" w:rsidRPr="00C22705" w:rsidRDefault="00373693">
            <w:pPr>
              <w:rPr>
                <w:sz w:val="18"/>
                <w:szCs w:val="18"/>
              </w:rPr>
            </w:pPr>
            <w:r w:rsidRPr="00C22705">
              <w:rPr>
                <w:sz w:val="18"/>
                <w:szCs w:val="18"/>
              </w:rPr>
              <w:t>PERF - 77 Fund</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B4613FD" w14:textId="0BF38821" w:rsidR="008C4246" w:rsidRPr="00C22705" w:rsidRDefault="00373693">
            <w:pPr>
              <w:jc w:val="center"/>
              <w:rPr>
                <w:sz w:val="18"/>
                <w:szCs w:val="18"/>
              </w:rPr>
            </w:pPr>
            <w:r w:rsidRPr="00C22705">
              <w:rPr>
                <w:sz w:val="18"/>
                <w:szCs w:val="18"/>
              </w:rPr>
              <w:t>2240-</w:t>
            </w:r>
            <w:r w:rsidR="00C22705" w:rsidRPr="00C22705">
              <w:rPr>
                <w:sz w:val="18"/>
                <w:szCs w:val="18"/>
              </w:rPr>
              <w:t>00</w:t>
            </w:r>
            <w:r w:rsidRPr="00C22705">
              <w:rPr>
                <w:sz w:val="18"/>
                <w:szCs w:val="18"/>
              </w:rPr>
              <w:t>4</w:t>
            </w:r>
            <w:r w:rsidR="00C22705">
              <w:rPr>
                <w:sz w:val="18"/>
                <w:szCs w:val="18"/>
              </w:rPr>
              <w:t>.00</w:t>
            </w:r>
            <w:r w:rsidRPr="00C22705">
              <w:rPr>
                <w:sz w:val="18"/>
                <w:szCs w:val="18"/>
              </w:rPr>
              <w:t>-</w:t>
            </w:r>
            <w:r w:rsidR="00C22705" w:rsidRPr="00C22705">
              <w:rPr>
                <w:sz w:val="18"/>
                <w:szCs w:val="18"/>
              </w:rPr>
              <w:t>00</w:t>
            </w:r>
            <w:r w:rsidRPr="00C22705">
              <w:rPr>
                <w:sz w:val="18"/>
                <w:szCs w:val="18"/>
              </w:rPr>
              <w:t>125</w:t>
            </w:r>
            <w:r w:rsidR="00C22705" w:rsidRPr="00C22705">
              <w:rPr>
                <w:sz w:val="18"/>
                <w:szCs w:val="18"/>
              </w:rPr>
              <w:t>.00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A79A548" w14:textId="77777777" w:rsidR="008C4246" w:rsidRPr="00C22705" w:rsidRDefault="00373693">
            <w:pPr>
              <w:jc w:val="right"/>
              <w:rPr>
                <w:sz w:val="18"/>
                <w:szCs w:val="18"/>
              </w:rPr>
            </w:pPr>
            <w:r w:rsidRPr="00C22705">
              <w:rPr>
                <w:sz w:val="18"/>
                <w:szCs w:val="18"/>
              </w:rPr>
              <w:t>$11,359.00</w:t>
            </w:r>
          </w:p>
        </w:tc>
      </w:tr>
      <w:tr w:rsidR="00F36D03" w:rsidRPr="00C22705" w14:paraId="6B2A8017"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A91BFAF" w14:textId="05ABA906" w:rsidR="00F36D03" w:rsidRPr="00C22705" w:rsidRDefault="00F36D03">
            <w:pPr>
              <w:rPr>
                <w:sz w:val="18"/>
                <w:szCs w:val="18"/>
              </w:rPr>
            </w:pPr>
            <w:r>
              <w:rPr>
                <w:sz w:val="18"/>
                <w:szCs w:val="18"/>
              </w:rPr>
              <w:t>CUMMULATIVE CAPITAL DEVELOPMENT (4402)</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4734C02" w14:textId="3933CE17" w:rsidR="00F36D03" w:rsidRPr="00C22705" w:rsidRDefault="00F36D03">
            <w:pPr>
              <w:rPr>
                <w:sz w:val="18"/>
                <w:szCs w:val="18"/>
              </w:rPr>
            </w:pPr>
            <w:r>
              <w:rPr>
                <w:sz w:val="18"/>
                <w:szCs w:val="18"/>
              </w:rPr>
              <w:t>Clerk</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6379B61" w14:textId="3B9E1D16" w:rsidR="00F36D03" w:rsidRPr="00C22705" w:rsidRDefault="00F36D03">
            <w:pPr>
              <w:rPr>
                <w:sz w:val="18"/>
                <w:szCs w:val="18"/>
              </w:rPr>
            </w:pPr>
            <w:r>
              <w:rPr>
                <w:sz w:val="18"/>
                <w:szCs w:val="18"/>
              </w:rPr>
              <w:t>Capital Outlays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5579B73" w14:textId="77777777" w:rsidR="00F36D03" w:rsidRDefault="00F36D03">
            <w:pPr>
              <w:rPr>
                <w:sz w:val="18"/>
                <w:szCs w:val="18"/>
              </w:rPr>
            </w:pPr>
            <w:r>
              <w:rPr>
                <w:sz w:val="18"/>
                <w:szCs w:val="18"/>
              </w:rPr>
              <w:t>Computer &amp; Software</w:t>
            </w:r>
          </w:p>
          <w:p w14:paraId="3E50A9FC" w14:textId="1CFC0228" w:rsidR="00F36D03" w:rsidRPr="00C22705" w:rsidRDefault="00F36D03">
            <w:pPr>
              <w:rPr>
                <w:sz w:val="18"/>
                <w:szCs w:val="18"/>
              </w:rPr>
            </w:pPr>
            <w:r>
              <w:rPr>
                <w:sz w:val="18"/>
                <w:szCs w:val="18"/>
              </w:rPr>
              <w:t>(Server update &amp; software)</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79608E8" w14:textId="10EE352B" w:rsidR="00F36D03" w:rsidRPr="00C22705" w:rsidRDefault="00F36D03">
            <w:pPr>
              <w:jc w:val="center"/>
              <w:rPr>
                <w:sz w:val="18"/>
                <w:szCs w:val="18"/>
              </w:rPr>
            </w:pPr>
            <w:r>
              <w:rPr>
                <w:sz w:val="18"/>
                <w:szCs w:val="18"/>
              </w:rPr>
              <w:t>4402-001.00-00401.00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1E07663" w14:textId="071F3D6F" w:rsidR="00F36D03" w:rsidRPr="00C22705" w:rsidRDefault="00F36D03">
            <w:pPr>
              <w:jc w:val="right"/>
              <w:rPr>
                <w:sz w:val="18"/>
                <w:szCs w:val="18"/>
              </w:rPr>
            </w:pPr>
            <w:r>
              <w:rPr>
                <w:sz w:val="18"/>
                <w:szCs w:val="18"/>
              </w:rPr>
              <w:t>$6,325.00</w:t>
            </w:r>
          </w:p>
        </w:tc>
      </w:tr>
      <w:tr w:rsidR="008C4246" w:rsidRPr="00C22705" w14:paraId="76E39FEE"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5972B9B" w14:textId="77777777" w:rsidR="008C4246" w:rsidRPr="00C22705" w:rsidRDefault="00373693">
            <w:pPr>
              <w:rPr>
                <w:sz w:val="18"/>
                <w:szCs w:val="18"/>
              </w:rPr>
            </w:pPr>
            <w:r w:rsidRPr="00C22705">
              <w:rPr>
                <w:sz w:val="18"/>
                <w:szCs w:val="18"/>
              </w:rPr>
              <w:t>MOTOR VEHICLE HIGHWAY FUND (2201)</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370B28D" w14:textId="77777777" w:rsidR="008C4246" w:rsidRPr="00C22705" w:rsidRDefault="00373693">
            <w:pPr>
              <w:rPr>
                <w:sz w:val="18"/>
                <w:szCs w:val="18"/>
              </w:rPr>
            </w:pPr>
            <w:r w:rsidRPr="00C22705">
              <w:rPr>
                <w:sz w:val="18"/>
                <w:szCs w:val="18"/>
              </w:rPr>
              <w:t>Street</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57E8B84" w14:textId="77777777" w:rsidR="008C4246" w:rsidRPr="00C22705" w:rsidRDefault="00373693">
            <w:pPr>
              <w:rPr>
                <w:sz w:val="18"/>
                <w:szCs w:val="18"/>
              </w:rPr>
            </w:pPr>
            <w:r w:rsidRPr="00C22705">
              <w:rPr>
                <w:sz w:val="18"/>
                <w:szCs w:val="18"/>
              </w:rPr>
              <w:t>Capital Outlays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2BAF496" w14:textId="4ADDA25A" w:rsidR="008C4246" w:rsidRPr="00C22705" w:rsidRDefault="00373693">
            <w:pPr>
              <w:rPr>
                <w:sz w:val="18"/>
                <w:szCs w:val="18"/>
              </w:rPr>
            </w:pPr>
            <w:r w:rsidRPr="00C22705">
              <w:rPr>
                <w:sz w:val="18"/>
                <w:szCs w:val="18"/>
              </w:rPr>
              <w:t>Roads and Alleyways</w:t>
            </w:r>
            <w:r w:rsidR="00C22705" w:rsidRPr="00C22705">
              <w:rPr>
                <w:sz w:val="18"/>
                <w:szCs w:val="18"/>
              </w:rPr>
              <w:t>- Paving</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945E9B8" w14:textId="5B3BD06E" w:rsidR="008C4246" w:rsidRPr="00C22705" w:rsidRDefault="00373693">
            <w:pPr>
              <w:jc w:val="center"/>
              <w:rPr>
                <w:sz w:val="18"/>
                <w:szCs w:val="18"/>
              </w:rPr>
            </w:pPr>
            <w:r w:rsidRPr="00C22705">
              <w:rPr>
                <w:sz w:val="18"/>
                <w:szCs w:val="18"/>
              </w:rPr>
              <w:t>2201-001</w:t>
            </w:r>
            <w:r w:rsidR="00C22705">
              <w:rPr>
                <w:sz w:val="18"/>
                <w:szCs w:val="18"/>
              </w:rPr>
              <w:t>.00</w:t>
            </w:r>
            <w:r w:rsidRPr="00C22705">
              <w:rPr>
                <w:sz w:val="18"/>
                <w:szCs w:val="18"/>
              </w:rPr>
              <w:t>-00415.00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A241FC6" w14:textId="77777777" w:rsidR="008C4246" w:rsidRPr="00C22705" w:rsidRDefault="00373693">
            <w:pPr>
              <w:jc w:val="right"/>
              <w:rPr>
                <w:sz w:val="18"/>
                <w:szCs w:val="18"/>
              </w:rPr>
            </w:pPr>
            <w:r w:rsidRPr="00C22705">
              <w:rPr>
                <w:sz w:val="18"/>
                <w:szCs w:val="18"/>
              </w:rPr>
              <w:t>$35,000.00</w:t>
            </w:r>
          </w:p>
        </w:tc>
      </w:tr>
      <w:tr w:rsidR="008C4246" w:rsidRPr="00C22705" w14:paraId="511B9061"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57B65B9" w14:textId="3938A41E" w:rsidR="008C4246" w:rsidRPr="00C22705" w:rsidRDefault="00373693">
            <w:pPr>
              <w:rPr>
                <w:sz w:val="18"/>
                <w:szCs w:val="18"/>
              </w:rPr>
            </w:pPr>
            <w:r w:rsidRPr="00C22705">
              <w:rPr>
                <w:sz w:val="18"/>
                <w:szCs w:val="18"/>
              </w:rPr>
              <w:t xml:space="preserve">LOCAL ROAD AND </w:t>
            </w:r>
            <w:r w:rsidR="00EC11B0">
              <w:rPr>
                <w:sz w:val="18"/>
                <w:szCs w:val="18"/>
              </w:rPr>
              <w:t>BRIDGE MATCHING GRANT FUND</w:t>
            </w:r>
            <w:r w:rsidRPr="00C22705">
              <w:rPr>
                <w:sz w:val="18"/>
                <w:szCs w:val="18"/>
              </w:rPr>
              <w:t>(2408)</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9FA3237" w14:textId="77777777" w:rsidR="008C4246" w:rsidRPr="00C22705" w:rsidRDefault="00373693">
            <w:pPr>
              <w:rPr>
                <w:sz w:val="18"/>
                <w:szCs w:val="18"/>
              </w:rPr>
            </w:pPr>
            <w:r w:rsidRPr="00C22705">
              <w:rPr>
                <w:sz w:val="18"/>
                <w:szCs w:val="18"/>
              </w:rPr>
              <w:t>Street</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E6530CF" w14:textId="77777777" w:rsidR="008C4246" w:rsidRPr="00C22705" w:rsidRDefault="00373693">
            <w:pPr>
              <w:rPr>
                <w:sz w:val="18"/>
                <w:szCs w:val="18"/>
              </w:rPr>
            </w:pPr>
            <w:r w:rsidRPr="00C22705">
              <w:rPr>
                <w:sz w:val="18"/>
                <w:szCs w:val="18"/>
              </w:rPr>
              <w:t>Capital Outlays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B0E6452" w14:textId="1E405F28" w:rsidR="008C4246" w:rsidRPr="00C22705" w:rsidRDefault="00373693">
            <w:pPr>
              <w:rPr>
                <w:sz w:val="18"/>
                <w:szCs w:val="18"/>
              </w:rPr>
            </w:pPr>
            <w:r w:rsidRPr="00C22705">
              <w:rPr>
                <w:sz w:val="18"/>
                <w:szCs w:val="18"/>
              </w:rPr>
              <w:t xml:space="preserve">Roads and Alleyways </w:t>
            </w:r>
            <w:r w:rsidR="00C22705" w:rsidRPr="00C22705">
              <w:rPr>
                <w:sz w:val="18"/>
                <w:szCs w:val="18"/>
              </w:rPr>
              <w:t>- CC</w:t>
            </w:r>
            <w:r w:rsidR="0091308C">
              <w:rPr>
                <w:sz w:val="18"/>
                <w:szCs w:val="18"/>
              </w:rPr>
              <w:t>M</w:t>
            </w:r>
            <w:r w:rsidR="00C22705" w:rsidRPr="00C22705">
              <w:rPr>
                <w:sz w:val="18"/>
                <w:szCs w:val="18"/>
              </w:rPr>
              <w:t>G</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22B5F94" w14:textId="6B012D69" w:rsidR="008C4246" w:rsidRPr="00C22705" w:rsidRDefault="00373693">
            <w:pPr>
              <w:jc w:val="center"/>
              <w:rPr>
                <w:sz w:val="18"/>
                <w:szCs w:val="18"/>
              </w:rPr>
            </w:pPr>
            <w:r w:rsidRPr="00C22705">
              <w:rPr>
                <w:sz w:val="18"/>
                <w:szCs w:val="18"/>
              </w:rPr>
              <w:t>2408-001</w:t>
            </w:r>
            <w:r w:rsidR="00C22705">
              <w:rPr>
                <w:sz w:val="18"/>
                <w:szCs w:val="18"/>
              </w:rPr>
              <w:t>.00</w:t>
            </w:r>
            <w:r w:rsidRPr="00C22705">
              <w:rPr>
                <w:sz w:val="18"/>
                <w:szCs w:val="18"/>
              </w:rPr>
              <w:t>-00415.00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4FE76AD" w14:textId="77777777" w:rsidR="008C4246" w:rsidRPr="00C22705" w:rsidRDefault="00373693">
            <w:pPr>
              <w:jc w:val="right"/>
              <w:rPr>
                <w:sz w:val="18"/>
                <w:szCs w:val="18"/>
              </w:rPr>
            </w:pPr>
            <w:r w:rsidRPr="00C22705">
              <w:rPr>
                <w:sz w:val="18"/>
                <w:szCs w:val="18"/>
              </w:rPr>
              <w:t>$147,834.09</w:t>
            </w:r>
          </w:p>
        </w:tc>
      </w:tr>
    </w:tbl>
    <w:p w14:paraId="297EC8A9" w14:textId="77777777" w:rsidR="008C4246" w:rsidRDefault="008C4246">
      <w:pPr>
        <w:spacing w:after="20"/>
        <w:rPr>
          <w:sz w:val="18"/>
          <w:szCs w:val="18"/>
        </w:rPr>
      </w:pPr>
    </w:p>
    <w:p w14:paraId="2AF7F850" w14:textId="77777777" w:rsidR="00F36D03" w:rsidRDefault="00F36D03">
      <w:pPr>
        <w:spacing w:after="20"/>
        <w:rPr>
          <w:sz w:val="18"/>
          <w:szCs w:val="18"/>
        </w:rPr>
      </w:pPr>
    </w:p>
    <w:p w14:paraId="783ED70C" w14:textId="77777777" w:rsidR="00F36D03" w:rsidRDefault="00F36D03">
      <w:pPr>
        <w:spacing w:after="20"/>
        <w:rPr>
          <w:sz w:val="18"/>
          <w:szCs w:val="18"/>
        </w:rPr>
      </w:pPr>
    </w:p>
    <w:p w14:paraId="55EE12E3" w14:textId="77777777" w:rsidR="00F36D03" w:rsidRDefault="00F36D03">
      <w:pPr>
        <w:spacing w:after="20"/>
        <w:rPr>
          <w:sz w:val="18"/>
          <w:szCs w:val="18"/>
        </w:rPr>
      </w:pPr>
    </w:p>
    <w:p w14:paraId="1B855046" w14:textId="77777777" w:rsidR="00F36D03" w:rsidRDefault="00F36D03">
      <w:pPr>
        <w:spacing w:after="20"/>
        <w:rPr>
          <w:sz w:val="18"/>
          <w:szCs w:val="18"/>
        </w:rPr>
      </w:pPr>
    </w:p>
    <w:p w14:paraId="1EFB8D7A" w14:textId="77777777" w:rsidR="00F36D03" w:rsidRDefault="00F36D03">
      <w:pPr>
        <w:spacing w:after="20"/>
        <w:rPr>
          <w:sz w:val="18"/>
          <w:szCs w:val="18"/>
        </w:rPr>
      </w:pPr>
    </w:p>
    <w:p w14:paraId="4E62CF99" w14:textId="77777777" w:rsidR="00F36D03" w:rsidRDefault="00F36D03">
      <w:pPr>
        <w:spacing w:after="20"/>
        <w:rPr>
          <w:sz w:val="18"/>
          <w:szCs w:val="18"/>
        </w:rPr>
      </w:pPr>
    </w:p>
    <w:p w14:paraId="357B3981" w14:textId="77777777" w:rsidR="00F36D03" w:rsidRDefault="00F36D03">
      <w:pPr>
        <w:spacing w:after="20"/>
        <w:rPr>
          <w:sz w:val="18"/>
          <w:szCs w:val="18"/>
        </w:rPr>
      </w:pPr>
    </w:p>
    <w:p w14:paraId="3770855F" w14:textId="77777777" w:rsidR="00F36D03" w:rsidRDefault="00F36D03">
      <w:pPr>
        <w:spacing w:after="20"/>
        <w:rPr>
          <w:sz w:val="18"/>
          <w:szCs w:val="18"/>
        </w:rPr>
      </w:pPr>
    </w:p>
    <w:p w14:paraId="49CDC6C3" w14:textId="77777777" w:rsidR="00F36D03" w:rsidRDefault="00F36D03">
      <w:pPr>
        <w:spacing w:after="20"/>
        <w:rPr>
          <w:sz w:val="18"/>
          <w:szCs w:val="18"/>
        </w:rPr>
      </w:pPr>
    </w:p>
    <w:p w14:paraId="4E19790F" w14:textId="77777777" w:rsidR="00F36D03" w:rsidRDefault="00F36D03">
      <w:pPr>
        <w:spacing w:after="20"/>
        <w:rPr>
          <w:sz w:val="18"/>
          <w:szCs w:val="18"/>
        </w:rPr>
      </w:pPr>
    </w:p>
    <w:p w14:paraId="132F0F1D" w14:textId="77777777" w:rsidR="00F36D03" w:rsidRDefault="00F36D03">
      <w:pPr>
        <w:spacing w:after="20"/>
        <w:rPr>
          <w:sz w:val="18"/>
          <w:szCs w:val="18"/>
        </w:rPr>
      </w:pPr>
    </w:p>
    <w:p w14:paraId="758B3917" w14:textId="77777777" w:rsidR="00F36D03" w:rsidRDefault="00F36D03">
      <w:pPr>
        <w:spacing w:after="20"/>
        <w:rPr>
          <w:sz w:val="18"/>
          <w:szCs w:val="18"/>
        </w:rPr>
      </w:pPr>
    </w:p>
    <w:p w14:paraId="77E0138F" w14:textId="77777777" w:rsidR="00F36D03" w:rsidRDefault="00F36D03">
      <w:pPr>
        <w:spacing w:after="20"/>
        <w:rPr>
          <w:sz w:val="18"/>
          <w:szCs w:val="18"/>
        </w:rPr>
      </w:pPr>
    </w:p>
    <w:p w14:paraId="4D8B0328" w14:textId="77777777" w:rsidR="00F36D03" w:rsidRDefault="00F36D03">
      <w:pPr>
        <w:spacing w:after="20"/>
        <w:rPr>
          <w:sz w:val="18"/>
          <w:szCs w:val="18"/>
        </w:rPr>
      </w:pPr>
    </w:p>
    <w:p w14:paraId="7BCA936A" w14:textId="77777777" w:rsidR="00F36D03" w:rsidRPr="00C22705" w:rsidRDefault="00F36D03">
      <w:pPr>
        <w:spacing w:after="20"/>
        <w:rPr>
          <w:sz w:val="18"/>
          <w:szCs w:val="18"/>
        </w:rPr>
      </w:pPr>
    </w:p>
    <w:tbl>
      <w:tblPr>
        <w:tblW w:w="0" w:type="auto"/>
        <w:jc w:val="center"/>
        <w:tblLayout w:type="fixed"/>
        <w:tblLook w:val="04A0" w:firstRow="1" w:lastRow="0" w:firstColumn="1" w:lastColumn="0" w:noHBand="0" w:noVBand="1"/>
      </w:tblPr>
      <w:tblGrid>
        <w:gridCol w:w="7560"/>
        <w:gridCol w:w="2908"/>
      </w:tblGrid>
      <w:tr w:rsidR="008C4246" w14:paraId="60E49576" w14:textId="77777777">
        <w:trPr>
          <w:jc w:val="center"/>
        </w:trPr>
        <w:tc>
          <w:tcPr>
            <w:tcW w:w="7560"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FE4B2B0" w14:textId="77777777" w:rsidR="008C4246" w:rsidRDefault="00373693">
            <w:pPr>
              <w:jc w:val="center"/>
            </w:pPr>
            <w:r>
              <w:rPr>
                <w:b/>
                <w:sz w:val="16"/>
              </w:rPr>
              <w:t>Fund Total</w:t>
            </w:r>
          </w:p>
        </w:tc>
        <w:tc>
          <w:tcPr>
            <w:tcW w:w="2908"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03A80C18" w14:textId="77777777" w:rsidR="008C4246" w:rsidRDefault="00373693">
            <w:pPr>
              <w:jc w:val="center"/>
            </w:pPr>
            <w:r>
              <w:rPr>
                <w:b/>
                <w:sz w:val="16"/>
              </w:rPr>
              <w:t>Amount</w:t>
            </w:r>
          </w:p>
        </w:tc>
      </w:tr>
      <w:tr w:rsidR="008C4246" w14:paraId="1EBB41E3" w14:textId="77777777">
        <w:trPr>
          <w:jc w:val="center"/>
        </w:trPr>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C46B82B" w14:textId="77777777" w:rsidR="008C4246" w:rsidRDefault="00373693">
            <w:r>
              <w:rPr>
                <w:b/>
                <w:sz w:val="16"/>
              </w:rPr>
              <w:t>GENERAL FUND (1101)</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0141D78" w14:textId="77777777" w:rsidR="008C4246" w:rsidRPr="001A46AF" w:rsidRDefault="00373693">
            <w:pPr>
              <w:jc w:val="right"/>
              <w:rPr>
                <w:sz w:val="18"/>
                <w:szCs w:val="18"/>
              </w:rPr>
            </w:pPr>
            <w:r w:rsidRPr="001A46AF">
              <w:rPr>
                <w:b/>
                <w:sz w:val="18"/>
                <w:szCs w:val="18"/>
              </w:rPr>
              <w:t>$95,442.00</w:t>
            </w:r>
          </w:p>
        </w:tc>
      </w:tr>
      <w:tr w:rsidR="008C4246" w14:paraId="749196F9" w14:textId="77777777">
        <w:trPr>
          <w:jc w:val="center"/>
        </w:trPr>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DB6B46" w14:textId="77777777" w:rsidR="008C4246" w:rsidRDefault="00373693">
            <w:r>
              <w:rPr>
                <w:b/>
                <w:sz w:val="16"/>
              </w:rPr>
              <w:t>LIT ECONOMIC DEVELOPMENT (2411)</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4CAF1A52" w14:textId="77777777" w:rsidR="008C4246" w:rsidRPr="001A46AF" w:rsidRDefault="00373693">
            <w:pPr>
              <w:jc w:val="right"/>
              <w:rPr>
                <w:sz w:val="18"/>
                <w:szCs w:val="18"/>
              </w:rPr>
            </w:pPr>
            <w:r w:rsidRPr="001A46AF">
              <w:rPr>
                <w:b/>
                <w:sz w:val="18"/>
                <w:szCs w:val="18"/>
              </w:rPr>
              <w:t>$117,127.00</w:t>
            </w:r>
          </w:p>
        </w:tc>
      </w:tr>
      <w:tr w:rsidR="008C4246" w14:paraId="74FB9364" w14:textId="77777777">
        <w:trPr>
          <w:jc w:val="center"/>
        </w:trPr>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59D0D6" w14:textId="77777777" w:rsidR="008C4246" w:rsidRDefault="00373693">
            <w:r>
              <w:rPr>
                <w:b/>
                <w:sz w:val="16"/>
              </w:rPr>
              <w:t>LIT PUBLIC SAFETY (2240)</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0AD5750" w14:textId="77777777" w:rsidR="008C4246" w:rsidRPr="001A46AF" w:rsidRDefault="00373693">
            <w:pPr>
              <w:jc w:val="right"/>
              <w:rPr>
                <w:b/>
                <w:bCs/>
                <w:sz w:val="18"/>
                <w:szCs w:val="18"/>
              </w:rPr>
            </w:pPr>
            <w:r w:rsidRPr="001A46AF">
              <w:rPr>
                <w:b/>
                <w:bCs/>
                <w:sz w:val="18"/>
                <w:szCs w:val="18"/>
              </w:rPr>
              <w:t>$111,301.40</w:t>
            </w:r>
          </w:p>
        </w:tc>
      </w:tr>
      <w:tr w:rsidR="00F36D03" w14:paraId="45F0152D" w14:textId="77777777">
        <w:trPr>
          <w:jc w:val="center"/>
        </w:trPr>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9C4860B" w14:textId="28F6F3D9" w:rsidR="00F36D03" w:rsidRDefault="00F36D03">
            <w:pPr>
              <w:rPr>
                <w:b/>
                <w:sz w:val="16"/>
              </w:rPr>
            </w:pPr>
            <w:r>
              <w:rPr>
                <w:b/>
                <w:sz w:val="16"/>
              </w:rPr>
              <w:t xml:space="preserve">CUMMLATIVE CAPITAL DEVELOPMENT </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11058DF" w14:textId="72388A0B" w:rsidR="00F36D03" w:rsidRDefault="00F36D03">
            <w:pPr>
              <w:jc w:val="right"/>
              <w:rPr>
                <w:b/>
                <w:sz w:val="18"/>
                <w:szCs w:val="18"/>
              </w:rPr>
            </w:pPr>
            <w:r>
              <w:rPr>
                <w:b/>
                <w:sz w:val="18"/>
                <w:szCs w:val="18"/>
              </w:rPr>
              <w:t>$6325.00</w:t>
            </w:r>
          </w:p>
          <w:p w14:paraId="0357449E" w14:textId="5080A556" w:rsidR="00F36D03" w:rsidRPr="001A46AF" w:rsidRDefault="00F36D03">
            <w:pPr>
              <w:jc w:val="right"/>
              <w:rPr>
                <w:b/>
                <w:sz w:val="18"/>
                <w:szCs w:val="18"/>
              </w:rPr>
            </w:pPr>
          </w:p>
        </w:tc>
      </w:tr>
      <w:tr w:rsidR="008C4246" w14:paraId="07BAD7B3" w14:textId="77777777">
        <w:trPr>
          <w:jc w:val="center"/>
        </w:trPr>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725262C7" w14:textId="77777777" w:rsidR="008C4246" w:rsidRDefault="00373693">
            <w:r>
              <w:rPr>
                <w:b/>
                <w:sz w:val="16"/>
              </w:rPr>
              <w:t>MOTOR VEHICLE HIGHWAY FUND (2201)</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DA46B72" w14:textId="77777777" w:rsidR="008C4246" w:rsidRPr="001A46AF" w:rsidRDefault="00373693">
            <w:pPr>
              <w:jc w:val="right"/>
              <w:rPr>
                <w:sz w:val="18"/>
                <w:szCs w:val="18"/>
              </w:rPr>
            </w:pPr>
            <w:r w:rsidRPr="001A46AF">
              <w:rPr>
                <w:b/>
                <w:sz w:val="18"/>
                <w:szCs w:val="18"/>
              </w:rPr>
              <w:t>$35,000.00</w:t>
            </w:r>
          </w:p>
        </w:tc>
      </w:tr>
      <w:tr w:rsidR="008C4246" w14:paraId="1918846C" w14:textId="77777777">
        <w:trPr>
          <w:jc w:val="center"/>
        </w:trPr>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5F194FE" w14:textId="352B493C" w:rsidR="008C4246" w:rsidRDefault="00373693">
            <w:r>
              <w:rPr>
                <w:b/>
                <w:sz w:val="16"/>
              </w:rPr>
              <w:t xml:space="preserve">LOCAL ROAD AND </w:t>
            </w:r>
            <w:r w:rsidR="00EC11B0" w:rsidRPr="00EC11B0">
              <w:rPr>
                <w:b/>
                <w:sz w:val="16"/>
              </w:rPr>
              <w:t xml:space="preserve">BRIDGE MATCHING GRANT FUND (2408) </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FED9922" w14:textId="77777777" w:rsidR="008C4246" w:rsidRPr="001A46AF" w:rsidRDefault="00373693">
            <w:pPr>
              <w:jc w:val="right"/>
              <w:rPr>
                <w:sz w:val="18"/>
                <w:szCs w:val="18"/>
              </w:rPr>
            </w:pPr>
            <w:r w:rsidRPr="001A46AF">
              <w:rPr>
                <w:b/>
                <w:sz w:val="18"/>
                <w:szCs w:val="18"/>
              </w:rPr>
              <w:t>$147,834.09</w:t>
            </w:r>
          </w:p>
        </w:tc>
      </w:tr>
      <w:tr w:rsidR="008C4246" w14:paraId="3CA1900E" w14:textId="77777777">
        <w:trPr>
          <w:jc w:val="center"/>
        </w:trPr>
        <w:tc>
          <w:tcPr>
            <w:tcW w:w="7560"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5C9CD942" w14:textId="77777777" w:rsidR="008C4246" w:rsidRDefault="00373693">
            <w:r>
              <w:rPr>
                <w:b/>
                <w:sz w:val="17"/>
              </w:rPr>
              <w:t>TOTAL PROPOSED ADDITIONAL APPROPRIATIONS</w:t>
            </w:r>
          </w:p>
        </w:tc>
        <w:tc>
          <w:tcPr>
            <w:tcW w:w="2908"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08479165" w14:textId="789D79FE" w:rsidR="008C4246" w:rsidRPr="001A46AF" w:rsidRDefault="00F36D03">
            <w:pPr>
              <w:jc w:val="right"/>
              <w:rPr>
                <w:b/>
                <w:bCs/>
              </w:rPr>
            </w:pPr>
            <w:r>
              <w:rPr>
                <w:b/>
                <w:bCs/>
              </w:rPr>
              <w:t>$513,029.49</w:t>
            </w:r>
          </w:p>
        </w:tc>
      </w:tr>
    </w:tbl>
    <w:p w14:paraId="4B4D4A5D" w14:textId="77777777" w:rsidR="00F36D03" w:rsidRDefault="00F36D03">
      <w:pPr>
        <w:spacing w:after="60"/>
        <w:rPr>
          <w:sz w:val="17"/>
        </w:rPr>
      </w:pPr>
    </w:p>
    <w:p w14:paraId="1D20440D" w14:textId="4C5DF358" w:rsidR="008C4246" w:rsidRDefault="00373693" w:rsidP="00F36D03">
      <w:pPr>
        <w:spacing w:after="60"/>
        <w:ind w:left="720"/>
      </w:pPr>
      <w:r>
        <w:rPr>
          <w:sz w:val="17"/>
        </w:rPr>
        <w:t>Taxpayers appearing at the public hearing shall have a right to be heard on the proposed additional appropriations. The Town Council may approve, modify, or deny the proposed additional appropriations; however, no appropriation adopted may exceed the amount advertised.</w:t>
      </w:r>
    </w:p>
    <w:p w14:paraId="53FB3FCE" w14:textId="77777777" w:rsidR="00F36D03" w:rsidRDefault="00F36D03" w:rsidP="00F36D03">
      <w:pPr>
        <w:ind w:firstLine="720"/>
        <w:rPr>
          <w:sz w:val="17"/>
        </w:rPr>
      </w:pPr>
    </w:p>
    <w:p w14:paraId="79DF6DD4" w14:textId="4AAB34FE" w:rsidR="008C4246" w:rsidRDefault="00373693" w:rsidP="00F36D03">
      <w:pPr>
        <w:ind w:firstLine="720"/>
      </w:pPr>
      <w:r>
        <w:rPr>
          <w:sz w:val="17"/>
        </w:rPr>
        <w:t xml:space="preserve">Dated: </w:t>
      </w:r>
      <w:r w:rsidR="001A46AF">
        <w:rPr>
          <w:sz w:val="17"/>
        </w:rPr>
        <w:t>July</w:t>
      </w:r>
      <w:r w:rsidR="001C62EB">
        <w:rPr>
          <w:sz w:val="17"/>
        </w:rPr>
        <w:t xml:space="preserve"> 08</w:t>
      </w:r>
      <w:r>
        <w:rPr>
          <w:sz w:val="17"/>
        </w:rPr>
        <w:t>, 2026</w:t>
      </w:r>
    </w:p>
    <w:p w14:paraId="0B854652" w14:textId="77777777" w:rsidR="008C4246" w:rsidRDefault="00373693" w:rsidP="00F36D03">
      <w:pPr>
        <w:ind w:firstLine="720"/>
      </w:pPr>
      <w:r>
        <w:rPr>
          <w:sz w:val="17"/>
        </w:rPr>
        <w:t>Fiscal Officer: Noelle M. Conyer, CPFIM, Clerk-Treasurer</w:t>
      </w:r>
    </w:p>
    <w:sectPr w:rsidR="008C4246" w:rsidSect="00034616">
      <w:footerReference w:type="default" r:id="rId8"/>
      <w:pgSz w:w="12240" w:h="15840"/>
      <w:pgMar w:top="605" w:right="648" w:bottom="576" w:left="648"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7FE3C" w14:textId="77777777" w:rsidR="00612219" w:rsidRDefault="00612219">
      <w:r>
        <w:separator/>
      </w:r>
    </w:p>
  </w:endnote>
  <w:endnote w:type="continuationSeparator" w:id="0">
    <w:p w14:paraId="63082414" w14:textId="77777777" w:rsidR="00612219" w:rsidRDefault="0061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65F2" w14:textId="77777777" w:rsidR="00033745" w:rsidRDefault="00373693">
    <w:pPr>
      <w:pStyle w:val="Footer"/>
      <w:jc w:val="center"/>
      <w:rPr>
        <w:color w:val="6E6E6E"/>
        <w:sz w:val="16"/>
      </w:rPr>
    </w:pPr>
    <w:r>
      <w:rPr>
        <w:color w:val="6E6E6E"/>
        <w:sz w:val="16"/>
      </w:rPr>
      <w:t xml:space="preserve">Town of Ellettsville | </w:t>
    </w:r>
    <w:r w:rsidR="00033745">
      <w:rPr>
        <w:color w:val="6E6E6E"/>
        <w:sz w:val="16"/>
      </w:rPr>
      <w:t>7-27-2026</w:t>
    </w:r>
  </w:p>
  <w:p w14:paraId="54B40562" w14:textId="135614F3" w:rsidR="008C4246" w:rsidRDefault="00373693">
    <w:pPr>
      <w:pStyle w:val="Footer"/>
      <w:jc w:val="center"/>
    </w:pPr>
    <w:r>
      <w:rPr>
        <w:color w:val="6E6E6E"/>
        <w:sz w:val="16"/>
      </w:rPr>
      <w:t xml:space="preserve"> Additional Appropriations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5AE07" w14:textId="77777777" w:rsidR="00612219" w:rsidRDefault="00612219">
      <w:r>
        <w:separator/>
      </w:r>
    </w:p>
  </w:footnote>
  <w:footnote w:type="continuationSeparator" w:id="0">
    <w:p w14:paraId="1D599464" w14:textId="77777777" w:rsidR="00612219" w:rsidRDefault="006122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9175350">
    <w:abstractNumId w:val="8"/>
  </w:num>
  <w:num w:numId="2" w16cid:durableId="1422220413">
    <w:abstractNumId w:val="6"/>
  </w:num>
  <w:num w:numId="3" w16cid:durableId="927079334">
    <w:abstractNumId w:val="5"/>
  </w:num>
  <w:num w:numId="4" w16cid:durableId="401564947">
    <w:abstractNumId w:val="4"/>
  </w:num>
  <w:num w:numId="5" w16cid:durableId="442923591">
    <w:abstractNumId w:val="7"/>
  </w:num>
  <w:num w:numId="6" w16cid:durableId="62215553">
    <w:abstractNumId w:val="3"/>
  </w:num>
  <w:num w:numId="7" w16cid:durableId="1562905470">
    <w:abstractNumId w:val="2"/>
  </w:num>
  <w:num w:numId="8" w16cid:durableId="1764914079">
    <w:abstractNumId w:val="1"/>
  </w:num>
  <w:num w:numId="9" w16cid:durableId="142168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745"/>
    <w:rsid w:val="00034616"/>
    <w:rsid w:val="000466CC"/>
    <w:rsid w:val="0006063C"/>
    <w:rsid w:val="0015074B"/>
    <w:rsid w:val="001A46AF"/>
    <w:rsid w:val="001C62EB"/>
    <w:rsid w:val="00244CF3"/>
    <w:rsid w:val="0029639D"/>
    <w:rsid w:val="00326F90"/>
    <w:rsid w:val="00373693"/>
    <w:rsid w:val="00604742"/>
    <w:rsid w:val="00612219"/>
    <w:rsid w:val="007E2741"/>
    <w:rsid w:val="008C4246"/>
    <w:rsid w:val="0091308C"/>
    <w:rsid w:val="00A14CA8"/>
    <w:rsid w:val="00A85710"/>
    <w:rsid w:val="00AA1D8D"/>
    <w:rsid w:val="00B47730"/>
    <w:rsid w:val="00C22705"/>
    <w:rsid w:val="00C97733"/>
    <w:rsid w:val="00CB0664"/>
    <w:rsid w:val="00CF5479"/>
    <w:rsid w:val="00EC11B0"/>
    <w:rsid w:val="00F36D03"/>
    <w:rsid w:val="00F72B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EC3D7"/>
  <w14:defaultImageDpi w14:val="300"/>
  <w15:docId w15:val="{D8731D41-8309-408D-9F70-8FDD8A74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424</Words>
  <Characters>2842</Characters>
  <Application>Microsoft Office Word</Application>
  <DocSecurity>0</DocSecurity>
  <Lines>189</Lines>
  <Paragraphs>141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Noelle Conyer</cp:lastModifiedBy>
  <cp:revision>6</cp:revision>
  <cp:lastPrinted>2026-07-01T18:58:00Z</cp:lastPrinted>
  <dcterms:created xsi:type="dcterms:W3CDTF">2026-06-26T16:53:00Z</dcterms:created>
  <dcterms:modified xsi:type="dcterms:W3CDTF">2026-07-07T15:05:00Z</dcterms:modified>
  <cp:category/>
</cp:coreProperties>
</file>